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 – חנ״ה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השורש חנ״ה ואת המילים הנגזרות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מילים מאותה משפחה לפי משמעות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במילים מהמשפחה במשפטים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מקום שעוצרים בו אוטובוס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אותו שורש חנ״ה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מחנה הוא מקום שגרים בו זמנית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(מקום לעצור בו אוטובוס)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לעצור בו 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לגור בו זמנית)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 שעוצר עכשיו)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מה קודם למה?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הנהג חיפש מקום לחניה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מצא חניה פנויה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הנהג חנה את הרכב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הנהג ירד מהרכב החונה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כותבים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מזהה לפחות שתי מילים מהמשפחה ומסביר את הקשר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חנ״ה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כמו חנה, חניה, תחנה, מחנה, חונה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חניה – מקום לרכב, תחנה – מקום לאוטובוס או רכבת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השורש חנ״ה על הלוח ולבקש מהתלמידים למצוא מילים נוספות מהמשפחה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תנועה – לדמות 'חניה' עם הגוף או לשחק 'תחנות'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בסיסי של המילים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 – חנ״ה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שבאות מאותו שורש – חנ״ה. מילים כמו חָנָה, חֲנִיָּה, תַּחֲנָה ומַחֲנֶה שייכות לאותה משפחה כי יש להן אותו שורש ומשמעות קרובה.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תחנה  ·  חניה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המשותף למילים חנה, חניה, תחנה, מחנה?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חנ״ה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למ״ד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מהי 'תחנה'?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מקום שעוצרים בו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מקום לקנות בגדים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מקום לשחק כדורגל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חנה וחניה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מחנה הוא מקום לקניות.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חלק ג׳ – השלמת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האוטובוס עצר ב__________ ליד בית הספר.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אבא חיפש __________ לרכב ליד החנות.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 שעוצר עכשיו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חניה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לגור בו זמנית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מקום לעצור בו אוטובוס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מקום לעצור בו רכב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חלק ה׳ – מה קודם למה?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הוא מצא חניה פנויה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חנה את הרכב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ירד מהרכב החונה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הנהג חיפש מקום לחניה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חלק ו׳ – כותבים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ציירו או תארו במילים תחנת אוטובוס ואמרו אילו מילים ממשפחת חנ״ה מתאימות לתיאור.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השורש שלמדנו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מהמשפחה של השורש חנ״ה.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 – חנ״ה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