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 – חנ״ה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השורש חנ״ה ואת המילים הנגזרות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מאותה משפחה לפי משמעות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מהמשפחה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חנ״ה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מקום לרכב לעצור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מקום שעוצרים בו 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חנה זה עבר, חונה זה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מחנה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לשתיהן אותו שורש חנ״ה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מחנה הוא מקום שגרים בו זמנית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תחנה קשורה לעצירה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השורש הוא חנ״ה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המשמעות המשותפת לשורש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לעצור בו אוטובוס)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(מקום לעצור בו 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(מקום לגור בו זמנית)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 שעוצר עכשיו)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(עצר בעבר)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– מה קודם למה?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הנהג חיפש מקום לחניה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מצא חניה פנויה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הנהג חנה את הרכב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הנהג ירד מהרכב החונה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משפט משתמש נכון באחת המילים מהמשפחה ומתאר מצב הגיוני של עצירה או שהייה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מזהה לפחות שתי מילים מהמשפחה ומסביר את הקשר למקום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חנ״ה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נכונה כמו חנה, חניה, תחנה, מחנה, חונה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חניה – מקום לרכב, תחנה – מקום לאוטובוס או 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בכתיבת השורש חנ״ה על הלוח ולבקש מהתלמידים למצוא מילים נוספות מהמשפחה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תנועה – לדמות 'חניה' עם הגוף או לשחק 'תחנות'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בזיהוי בסיסי של המילים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 – חנ״ה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עם אותו שורש: חנה, חניה, תחנה, מחנה. כל המילים האלה קשורות למקום שעוצרים או נמצאים 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עם אותו שורש ומשמעות קרובה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עצר ונשאר במקום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חֲנִיָּה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שחונים בו רכב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תַּחֲנָה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שעוצרים בו אוטובוס או רכבת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מַחֲנֶה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שאנשים גרים בו באופן זמני, כמו מחנה קיץ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חוֹנֶה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שעוצר כרגע עם הרכב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שלוש אותיות חוזרות בכל המילים?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חנ״ה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למ״ד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שמ״ע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שמים את הרכב?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לרכב לעצור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לאכול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מחכים לאוטובוס?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שעוצרים בו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לקנות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קרה הדבר – עכשיו או פעם?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חנה זה עבר, חונה זה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חנה זה עתיד, חונה זה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חונה זה שם של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דומה בצליל למילה 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חנה וחניה שייכות לאותה משפחת 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מחנה הוא מקום לקניות.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תחנה היא מקום שעוצרים בו רכבים ואוטובוסים.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המילה חניה הוא כת״ב.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ממשפחת חנ״ה קשורות לרעיון של עצירה או שהייה במקום.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האוטובוס עצר ב__________ ליד 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אבא חיפש __________ לרכב ליד החנות.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הילדים ישנו ב__________ קיץ ביער.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הרכב __________ ליד הבית כבר שעה שלמה.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אתמול הוא __________ את המכונית ברחוב הראשי.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לעצור בו 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לעצור בו אוטובוס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שעוצר עכשיו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עצר בעבר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לגור בו זמנית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– מה קודם למה?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 ירד מהרכב החונה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 חנה את הרכב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 חיפש מקום לחניה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מצא חניה פנויה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קצרים שבהם תשתמשו במילים חנה, תחנה ומחנה.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ציירו או תארו במילים תחנת אוטובוס ואמרו אילו מילים ממשפחת חנ״ה מתאימות לתיאור.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שלמדנו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מהמשפחה של השורש חנ״ה.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חניה לתחנה?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ושורשים – חנ״ה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