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חנ״ה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מאותה משפחה לפי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מהמשפחה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לרכב לעצור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מקום שעוצרים בו 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חנה זה עבר, חונה זה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מחנה הוא מקום שגרים בו זמנית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תחנה קשורה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השורש הוא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המשמעות המשותפת לשורש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לעצור בו 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(מקום לעצור בו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לגור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 שעוצר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(עצר בעבר)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חיפש מקום לחניה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מצא חניה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חנה את הרכב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ירד מהרכב החונה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משתמש נכון באחת המילים מהמשפחה ומתאר מצב הגיוני של עצירה או שהייה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מזהה לפחות שתי מילים מהמשפחה ומסביר את הקשר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חנ״ה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כמו חנה, חניה, תחנה, מחנה, חונה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חניה – מקום לרכב, תחנה – מקום לאוטובוס או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השורש חנ״ה על הלוח ולבקש מהתלמידים למצוא מילים נוספות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תנועה – לדמות 'חניה' עם הגוף או לשחק 'תחנות'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שבאות מאותו שורש – חנ״ה. מילים כמו חָנָה, חֲנִיָּה, תַּחֲנָה ומַחֲנֶה שייכות לאותה משפחה כי יש להן אותו שורש ומשמעות קרובה.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המשותף למילים חנה, חניה, תחנה, מחנה?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חנ״ה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למ״ד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שמ״ע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'חניה'?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לרכב לעצור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'תחנה'?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שעוצרים בו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'חנה' ל'חונה'?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חנה זה עבר, חונה זה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חנה זה עתיד, חונה זה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חונה זה שם של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מהמילים הבאות שייכת למשפחת השורש חנ״ה?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חנה וחניה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מחנה הוא מקום לקניות.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היא מקום שעוצרים בו רכבים ואוטובוסים.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המילה חניה הוא כת״ב.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ממשפחת חנ״ה קשורות לרעיון של עצירה או שהייה במקום.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האוטובוס עצר ב__________ ליד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אבא חיפש __________ לרכב ליד החנות.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ישנו ב__________ קיץ ביער.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הרכב __________ ליד הבית כבר שעה שלמה.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אתמול הוא __________ את המכונית ברחוב הראשי.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לגור בו זמנית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לעצור בו 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לעצור בו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עצר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שעוצר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מצא חניה פנויה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חנה את הרכב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ירד מהרכב החונה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חיפש מקום לחניה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קצרים שבהם תשתמשו במילים חנה, תחנה ומחנה.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או תארו במילים תחנת אוטובוס ואמרו אילו מילים ממשפחת חנ״ה מתאימות לתיאור.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השורש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מהמשפחה של השורש חנ״ה.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חניה לתחנה?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 – חנ״ה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